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A365D"/>
          <w:sz w:val="36"/>
        </w:rPr>
        <w:t>NAYOLITES COMPUTER AND MEDIA COLLEGE</w:t>
        <w:br/>
      </w:r>
      <w:r>
        <w:rPr>
          <w:rFonts w:ascii="Arial" w:hAnsi="Arial"/>
          <w:b/>
          <w:color w:val="C59B27"/>
          <w:sz w:val="20"/>
        </w:rPr>
        <w:t>Excellence in Technology, Media &amp; Creative Arts</w:t>
        <w:br/>
      </w:r>
      <w:r>
        <w:rPr>
          <w:rFonts w:ascii="Arial" w:hAnsi="Arial"/>
          <w:color w:val="718096"/>
          <w:sz w:val="18"/>
        </w:rPr>
        <w:t>Bamuda Place, Mwembe, Kisii, Kenya  |  Tel: 0796410290  |  Email: nayolitesempire@gmail.com</w:t>
      </w:r>
    </w:p>
    <w:p>
      <w:pPr>
        <w:spacing w:before="80" w:after="320"/>
        <w:pBdr>
          <w:bottom w:val="single" w:sz="12" w:space="1" w:color="1A365D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936"/>
            <w:shd w:fill="F0F4F8"/>
            <w:tcMar>
              <w:top w:w="120" w:type="dxa"/>
              <w:bottom w:w="120" w:type="dxa"/>
              <w:left w:w="150" w:type="dxa"/>
              <w:right w:w="150" w:type="dxa"/>
            </w:tcMar>
            <w:tcBorders>
              <w:top w:val="none"/>
              <w:left w:val="single" w:sz="24" w:space="0" w:color="1A365D"/>
              <w:bottom w:val="none"/>
              <w:right w:val="none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1A365D"/>
                <w:sz w:val="24"/>
              </w:rPr>
              <w:t>OFFICIAL FEE STRUCTURE: COMPUTER PACKAGES</w:t>
            </w:r>
          </w:p>
        </w:tc>
      </w:tr>
    </w:tbl>
    <w:p>
      <w:pPr>
        <w:spacing w:before="280" w:after="120"/>
      </w:pPr>
      <w:r>
        <w:rPr>
          <w:rFonts w:ascii="Arial" w:hAnsi="Arial"/>
          <w:b/>
          <w:color w:val="1A365D"/>
          <w:sz w:val="22"/>
        </w:rPr>
        <w:t>1. Course Information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3D3D3"/>
          <w:bottom w:val="single" w:sz="4" w:space="0" w:color="D3D3D3"/>
          <w:insideH w:val="single" w:sz="4" w:space="0" w:color="D3D3D3"/>
          <w:insideV w:val="none"/>
          <w:left w:val="none"/>
          <w:right w:val="none"/>
        </w:tblBorders>
      </w:tblPr>
      <w:tblGrid>
        <w:gridCol w:w="3168"/>
        <w:gridCol w:w="6480"/>
      </w:tblGrid>
      <w:tr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2D3748"/>
                <w:sz w:val="19"/>
              </w:rPr>
              <w:t>Program Name</w:t>
            </w:r>
          </w:p>
        </w:tc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2D3748"/>
                <w:sz w:val="19"/>
              </w:rPr>
              <w:t>Computer Packages</w:t>
            </w:r>
          </w:p>
        </w:tc>
      </w:tr>
      <w:tr>
        <w:tc>
          <w:tcPr>
            <w:tcW w:type="dxa" w:w="4968"/>
            <w:shd w:fill="F7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2D3748"/>
                <w:sz w:val="19"/>
              </w:rPr>
              <w:t>Department</w:t>
            </w:r>
          </w:p>
        </w:tc>
        <w:tc>
          <w:tcPr>
            <w:tcW w:type="dxa" w:w="4968"/>
            <w:shd w:fill="F7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2D3748"/>
                <w:sz w:val="19"/>
              </w:rPr>
              <w:t>Computer Studies &amp; ICT</w:t>
            </w:r>
          </w:p>
        </w:tc>
      </w:tr>
      <w:tr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2D3748"/>
                <w:sz w:val="19"/>
              </w:rPr>
              <w:t>Campus Location</w:t>
            </w:r>
          </w:p>
        </w:tc>
        <w:tc>
          <w:tcPr>
            <w:tcW w:type="dxa" w:w="4968"/>
            <w:shd w:fill="FFFFFF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2D3748"/>
                <w:sz w:val="19"/>
              </w:rPr>
              <w:t>Bamuda Place, Mwembe - Kisii</w:t>
            </w:r>
          </w:p>
        </w:tc>
      </w:tr>
      <w:tr>
        <w:tc>
          <w:tcPr>
            <w:tcW w:type="dxa" w:w="4968"/>
            <w:shd w:fill="F7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2D3748"/>
                <w:sz w:val="19"/>
              </w:rPr>
              <w:t>Official Contacts</w:t>
            </w:r>
          </w:p>
        </w:tc>
        <w:tc>
          <w:tcPr>
            <w:tcW w:type="dxa" w:w="4968"/>
            <w:shd w:fill="F7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2D3748"/>
                <w:sz w:val="19"/>
              </w:rPr>
              <w:t>0796410290 | nayolitesempire@gmail.com</w:t>
            </w:r>
          </w:p>
        </w:tc>
      </w:tr>
    </w:tbl>
    <w:p>
      <w:pPr>
        <w:spacing w:before="280" w:after="120"/>
      </w:pPr>
      <w:r>
        <w:rPr>
          <w:rFonts w:ascii="Arial" w:hAnsi="Arial"/>
          <w:b/>
          <w:color w:val="1A365D"/>
          <w:sz w:val="22"/>
        </w:rPr>
        <w:t>2. Itemized Fee Breakdown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3D3D3"/>
          <w:bottom w:val="single" w:sz="4" w:space="0" w:color="D3D3D3"/>
          <w:insideH w:val="single" w:sz="4" w:space="0" w:color="D3D3D3"/>
          <w:insideV w:val="none"/>
          <w:left w:val="none"/>
          <w:right w:val="none"/>
        </w:tblBorders>
      </w:tblPr>
      <w:tblGrid>
        <w:gridCol w:w="3168"/>
        <w:gridCol w:w="4608"/>
        <w:gridCol w:w="1872"/>
      </w:tblGrid>
      <w:tr>
        <w:tc>
          <w:tcPr>
            <w:tcW w:type="dxa" w:w="3312"/>
            <w:shd w:fill="1A365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FFFFFF"/>
                <w:sz w:val="19"/>
              </w:rPr>
              <w:t>Fee Item</w:t>
            </w:r>
          </w:p>
        </w:tc>
        <w:tc>
          <w:tcPr>
            <w:tcW w:type="dxa" w:w="3312"/>
            <w:shd w:fill="1A365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FFFFFF"/>
                <w:sz w:val="19"/>
              </w:rPr>
              <w:t>Description</w:t>
            </w:r>
          </w:p>
        </w:tc>
        <w:tc>
          <w:tcPr>
            <w:tcW w:type="dxa" w:w="3312"/>
            <w:shd w:fill="1A365D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9"/>
              </w:rPr>
              <w:t>Amount (KES)</w:t>
            </w:r>
          </w:p>
        </w:tc>
      </w:tr>
      <w:tr>
        <w:tc>
          <w:tcPr>
            <w:tcW w:type="dxa" w:w="3312"/>
            <w:shd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D3748"/>
                <w:sz w:val="19"/>
              </w:rPr>
              <w:t>Admission Fee</w:t>
            </w:r>
          </w:p>
        </w:tc>
        <w:tc>
          <w:tcPr>
            <w:tcW w:type="dxa" w:w="3312"/>
            <w:shd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2D3748"/>
                <w:sz w:val="18"/>
              </w:rPr>
              <w:t>One-off mandatory payment upon registration</w:t>
            </w:r>
          </w:p>
        </w:tc>
        <w:tc>
          <w:tcPr>
            <w:tcW w:type="dxa" w:w="3312"/>
            <w:shd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rFonts w:ascii="Arial" w:hAnsi="Arial"/>
                <w:color w:val="2D3748"/>
                <w:sz w:val="19"/>
              </w:rPr>
              <w:t>500.00</w:t>
            </w:r>
          </w:p>
        </w:tc>
      </w:tr>
      <w:tr>
        <w:tc>
          <w:tcPr>
            <w:tcW w:type="dxa" w:w="3312"/>
            <w:shd w:fill="F7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D3748"/>
                <w:sz w:val="19"/>
              </w:rPr>
              <w:t>Tuition Fee</w:t>
            </w:r>
          </w:p>
        </w:tc>
        <w:tc>
          <w:tcPr>
            <w:tcW w:type="dxa" w:w="3312"/>
            <w:shd w:fill="F7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2D3748"/>
                <w:sz w:val="18"/>
              </w:rPr>
              <w:t>Covers coursework, practical lab sessions, and software access</w:t>
            </w:r>
          </w:p>
        </w:tc>
        <w:tc>
          <w:tcPr>
            <w:tcW w:type="dxa" w:w="3312"/>
            <w:shd w:fill="F7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rFonts w:ascii="Arial" w:hAnsi="Arial"/>
                <w:color w:val="2D3748"/>
                <w:sz w:val="19"/>
              </w:rPr>
              <w:t>3,500.00</w:t>
            </w:r>
          </w:p>
        </w:tc>
      </w:tr>
      <w:tr>
        <w:tc>
          <w:tcPr>
            <w:tcW w:type="dxa" w:w="3312"/>
            <w:shd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D3748"/>
                <w:sz w:val="19"/>
              </w:rPr>
              <w:t>Examination &amp; Certificate Fee</w:t>
            </w:r>
          </w:p>
        </w:tc>
        <w:tc>
          <w:tcPr>
            <w:tcW w:type="dxa" w:w="3312"/>
            <w:shd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2D3748"/>
                <w:sz w:val="18"/>
              </w:rPr>
              <w:t>Covers practical assessment, final exams, and certificate issuance</w:t>
            </w:r>
          </w:p>
        </w:tc>
        <w:tc>
          <w:tcPr>
            <w:tcW w:type="dxa" w:w="3312"/>
            <w:shd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rFonts w:ascii="Arial" w:hAnsi="Arial"/>
                <w:color w:val="2D3748"/>
                <w:sz w:val="19"/>
              </w:rPr>
              <w:t>1,000.00</w:t>
            </w:r>
          </w:p>
        </w:tc>
      </w:tr>
      <w:tr>
        <w:tc>
          <w:tcPr>
            <w:tcW w:type="dxa" w:w="3312"/>
            <w:shd w:fill="E2E8F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1A365D"/>
                <w:sz w:val="20"/>
              </w:rPr>
              <w:t>TOTAL PAYABLE</w:t>
            </w:r>
          </w:p>
        </w:tc>
        <w:tc>
          <w:tcPr>
            <w:tcW w:type="dxa" w:w="3312"/>
            <w:shd w:fill="E2E8F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i/>
                <w:color w:val="718096"/>
                <w:sz w:val="18"/>
              </w:rPr>
              <w:t>All inclusive course charges</w:t>
            </w:r>
          </w:p>
        </w:tc>
        <w:tc>
          <w:tcPr>
            <w:tcW w:type="dxa" w:w="3312"/>
            <w:shd w:fill="E2E8F0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rFonts w:ascii="Arial" w:hAnsi="Arial"/>
                <w:b/>
                <w:color w:val="1A365D"/>
                <w:sz w:val="21"/>
              </w:rPr>
              <w:t>KES 5,000.00</w:t>
            </w:r>
          </w:p>
        </w:tc>
      </w:tr>
    </w:tbl>
    <w:p>
      <w:pPr>
        <w:spacing w:before="280" w:after="120"/>
      </w:pPr>
      <w:r>
        <w:rPr>
          <w:rFonts w:ascii="Arial" w:hAnsi="Arial"/>
          <w:b/>
          <w:color w:val="1A365D"/>
          <w:sz w:val="22"/>
        </w:rPr>
        <w:t>3. Fee Payment Guidelines &amp; Policy</w:t>
      </w:r>
    </w:p>
    <w:p>
      <w:pPr>
        <w:pStyle w:val="ListBullet"/>
        <w:spacing w:after="60"/>
      </w:pPr>
      <w:r>
        <w:rPr>
          <w:rFonts w:ascii="Arial" w:hAnsi="Arial"/>
          <w:color w:val="2D3748"/>
          <w:sz w:val="19"/>
        </w:rPr>
        <w:t xml:space="preserve">Payment Method: ALL payments MUST be made exclusively through </w:t>
      </w:r>
      <w:r>
        <w:rPr>
          <w:rFonts w:ascii="Arial" w:hAnsi="Arial"/>
          <w:b/>
          <w:color w:val="1A365D"/>
          <w:sz w:val="19"/>
        </w:rPr>
        <w:t>M-Pesa Till Number: 5417085 (NAYOLITES E. PRODUCTION)</w:t>
      </w:r>
      <w:r>
        <w:rPr>
          <w:rFonts w:ascii="Arial" w:hAnsi="Arial"/>
          <w:color w:val="2D3748"/>
          <w:sz w:val="19"/>
        </w:rPr>
        <w:t>.</w:t>
      </w:r>
    </w:p>
    <w:p>
      <w:pPr>
        <w:pStyle w:val="ListBullet"/>
        <w:spacing w:after="60"/>
      </w:pPr>
      <w:r>
        <w:rPr>
          <w:rFonts w:ascii="Arial" w:hAnsi="Arial"/>
          <w:color w:val="2D3748"/>
          <w:sz w:val="19"/>
        </w:rPr>
        <w:t>Cash Policy: Cash payments at the registration office are strictly prohibited.</w:t>
      </w:r>
    </w:p>
    <w:p>
      <w:pPr>
        <w:pStyle w:val="ListBullet"/>
        <w:spacing w:after="60"/>
      </w:pPr>
      <w:r>
        <w:rPr>
          <w:rFonts w:ascii="Arial" w:hAnsi="Arial"/>
          <w:b/>
          <w:color w:val="2D3748"/>
          <w:sz w:val="19"/>
        </w:rPr>
        <w:t>Receipts: An official receipt will be issued to the student upon reporting.</w:t>
      </w:r>
    </w:p>
    <w:p>
      <w:pPr>
        <w:pStyle w:val="ListBullet"/>
        <w:spacing w:after="60"/>
      </w:pPr>
      <w:r>
        <w:rPr>
          <w:rFonts w:ascii="Arial" w:hAnsi="Arial"/>
          <w:color w:val="2D3748"/>
          <w:sz w:val="19"/>
        </w:rPr>
        <w:t>Refund Policy: Fees paid are non-refundable once classes commence.</w:t>
      </w:r>
    </w:p>
    <w:p>
      <w:pPr>
        <w:spacing w:before="320" w:after="40"/>
      </w:pPr>
      <w:r>
        <w:rPr>
          <w:rFonts w:ascii="Arial" w:hAnsi="Arial"/>
          <w:b/>
          <w:color w:val="1A365D"/>
          <w:sz w:val="21"/>
        </w:rPr>
        <w:t>FINANCE &amp; REGISTRATION DEPARTMENT</w:t>
        <w:br/>
      </w:r>
      <w:r>
        <w:rPr>
          <w:rFonts w:ascii="Arial" w:hAnsi="Arial"/>
          <w:color w:val="718096"/>
          <w:sz w:val="20"/>
        </w:rPr>
        <w:t>Nayolites Computer and Media College</w:t>
      </w:r>
    </w:p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